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EA4869" w14:paraId="21EA5A2C" w14:textId="77777777">
        <w:trPr>
          <w:jc w:val="center"/>
        </w:trPr>
        <w:tc>
          <w:tcPr>
            <w:tcW w:w="5184" w:type="dxa"/>
          </w:tcPr>
          <w:p w14:paraId="733BBB57" w14:textId="77777777" w:rsidR="00EA4869" w:rsidRDefault="00AB39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99672B" wp14:editId="4E1ECEDD">
                  <wp:extent cx="1214120" cy="12141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ivière-Du-Nord-Logo_Couleurs Transparent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120" cy="1214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4" w:type="dxa"/>
            <w:vAlign w:val="center"/>
          </w:tcPr>
          <w:p w14:paraId="558EF6C9" w14:textId="77777777" w:rsidR="00EA4869" w:rsidRDefault="00AB39DF">
            <w:pPr>
              <w:jc w:val="center"/>
            </w:pPr>
            <w:r>
              <w:rPr>
                <w:b/>
                <w:sz w:val="34"/>
              </w:rPr>
              <w:t>MINI-RALLYE – CONNAIS-TU TA MUNICIPALITÉ?</w:t>
            </w:r>
          </w:p>
          <w:p w14:paraId="689E525C" w14:textId="77777777" w:rsidR="00EA4869" w:rsidRDefault="00AB39DF">
            <w:pPr>
              <w:jc w:val="center"/>
            </w:pPr>
            <w:r>
              <w:rPr>
                <w:b/>
                <w:sz w:val="24"/>
              </w:rPr>
              <w:t>Semaine des municipalités 2026</w:t>
            </w:r>
          </w:p>
          <w:p w14:paraId="1CCA8F5B" w14:textId="77777777" w:rsidR="00EA4869" w:rsidRDefault="00AB39DF">
            <w:pPr>
              <w:jc w:val="center"/>
            </w:pPr>
            <w:r>
              <w:rPr>
                <w:b/>
              </w:rPr>
              <w:t>20 au 26 septembre 2026</w:t>
            </w:r>
          </w:p>
        </w:tc>
      </w:tr>
    </w:tbl>
    <w:p w14:paraId="369201BB" w14:textId="77777777" w:rsidR="00EA4869" w:rsidRDefault="00AB39DF">
      <w:pPr>
        <w:spacing w:after="160"/>
      </w:pPr>
      <w:proofErr w:type="spellStart"/>
      <w:r>
        <w:t>Partez</w:t>
      </w:r>
      <w:proofErr w:type="spellEnd"/>
      <w:r>
        <w:t xml:space="preserve"> à la </w:t>
      </w:r>
      <w:proofErr w:type="spellStart"/>
      <w:r>
        <w:t>découverte</w:t>
      </w:r>
      <w:proofErr w:type="spellEnd"/>
      <w:r>
        <w:t xml:space="preserve"> de la Ville de Rivière-du-Nord. Répondez aux questions de notre mini-rallye et courez la chance de remporter le prix offert par la Ville et ses partenaires locaux.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12"/>
        <w:gridCol w:w="8136"/>
      </w:tblGrid>
      <w:tr w:rsidR="00EA4869" w14:paraId="214B3A77" w14:textId="77777777">
        <w:tc>
          <w:tcPr>
            <w:tcW w:w="15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9422C" w14:textId="77777777" w:rsidR="00EA4869" w:rsidRDefault="00AB39DF">
            <w:pPr>
              <w:spacing w:after="0"/>
            </w:pPr>
            <w:r>
              <w:rPr>
                <w:b/>
              </w:rPr>
              <w:t>Nom :</w:t>
            </w:r>
          </w:p>
        </w:tc>
        <w:tc>
          <w:tcPr>
            <w:tcW w:w="8136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C404A" w14:textId="77777777" w:rsidR="00EA4869" w:rsidRDefault="00EA4869"/>
        </w:tc>
      </w:tr>
    </w:tbl>
    <w:p w14:paraId="5E0EAA24" w14:textId="77777777" w:rsidR="00EA4869" w:rsidRDefault="00EA4869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12"/>
        <w:gridCol w:w="8136"/>
      </w:tblGrid>
      <w:tr w:rsidR="00EA4869" w14:paraId="3BEB32FB" w14:textId="77777777">
        <w:tc>
          <w:tcPr>
            <w:tcW w:w="15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208C8" w14:textId="77777777" w:rsidR="00EA4869" w:rsidRDefault="00AB39DF">
            <w:pPr>
              <w:spacing w:after="0"/>
            </w:pPr>
            <w:r>
              <w:rPr>
                <w:b/>
              </w:rPr>
              <w:t>Courriel :</w:t>
            </w:r>
          </w:p>
        </w:tc>
        <w:tc>
          <w:tcPr>
            <w:tcW w:w="8136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7DB77" w14:textId="77777777" w:rsidR="00EA4869" w:rsidRDefault="00EA4869"/>
        </w:tc>
      </w:tr>
    </w:tbl>
    <w:p w14:paraId="490F9D5A" w14:textId="77777777" w:rsidR="00EA4869" w:rsidRDefault="00EA4869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12"/>
        <w:gridCol w:w="8136"/>
      </w:tblGrid>
      <w:tr w:rsidR="00EA4869" w14:paraId="579EB6C8" w14:textId="77777777">
        <w:tc>
          <w:tcPr>
            <w:tcW w:w="15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45B2F" w14:textId="77777777" w:rsidR="00EA4869" w:rsidRDefault="00AB39DF">
            <w:pPr>
              <w:spacing w:after="0"/>
            </w:pPr>
            <w:r>
              <w:rPr>
                <w:b/>
              </w:rPr>
              <w:t>Téléphone :</w:t>
            </w:r>
          </w:p>
        </w:tc>
        <w:tc>
          <w:tcPr>
            <w:tcW w:w="8136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B23F1" w14:textId="77777777" w:rsidR="00EA4869" w:rsidRDefault="00EA4869"/>
        </w:tc>
      </w:tr>
    </w:tbl>
    <w:p w14:paraId="7ED6F583" w14:textId="77777777" w:rsidR="00EA4869" w:rsidRDefault="00EA4869">
      <w:pPr>
        <w:spacing w:after="0"/>
      </w:pPr>
    </w:p>
    <w:p w14:paraId="1795A126" w14:textId="77777777" w:rsidR="00EA4869" w:rsidRDefault="00AB39DF">
      <w:pPr>
        <w:spacing w:before="60" w:after="40"/>
      </w:pPr>
      <w:r>
        <w:rPr>
          <w:b/>
        </w:rPr>
        <w:t>1. Quel est le nom du nouveau maire de la Ville de Rivière-du-Nord?</w:t>
      </w:r>
    </w:p>
    <w:p w14:paraId="6253DA56" w14:textId="77777777" w:rsidR="00EA4869" w:rsidRDefault="00AB39DF">
      <w:pPr>
        <w:spacing w:after="40"/>
      </w:pPr>
      <w:r>
        <w:t>________________________________________________________________________________</w:t>
      </w:r>
    </w:p>
    <w:p w14:paraId="45EC0389" w14:textId="77777777" w:rsidR="00EA4869" w:rsidRDefault="00AB39DF">
      <w:pPr>
        <w:spacing w:before="60" w:after="40"/>
      </w:pPr>
      <w:r>
        <w:rPr>
          <w:b/>
        </w:rPr>
        <w:t>2. Dans quel secteur se trouve l’aréna de Rivière-du-Nord?</w:t>
      </w:r>
    </w:p>
    <w:p w14:paraId="0A508700" w14:textId="77777777" w:rsidR="00EA4869" w:rsidRDefault="00AB39DF">
      <w:pPr>
        <w:spacing w:after="40"/>
      </w:pPr>
      <w:r>
        <w:t>________________________________________________________________________________</w:t>
      </w:r>
    </w:p>
    <w:p w14:paraId="4E57B183" w14:textId="77777777" w:rsidR="00EA4869" w:rsidRDefault="00AB39DF">
      <w:pPr>
        <w:spacing w:before="60" w:after="40"/>
      </w:pPr>
      <w:r>
        <w:rPr>
          <w:b/>
        </w:rPr>
        <w:t>3. Dans quel secteur se situe la Chocolaterie Savoie?</w:t>
      </w:r>
    </w:p>
    <w:p w14:paraId="1541D65E" w14:textId="77777777" w:rsidR="00EA4869" w:rsidRDefault="00AB39DF">
      <w:pPr>
        <w:spacing w:after="40"/>
      </w:pPr>
      <w:r>
        <w:t>________________________________________________________________________________</w:t>
      </w:r>
    </w:p>
    <w:p w14:paraId="19C99D95" w14:textId="77777777" w:rsidR="00EA4869" w:rsidRDefault="00AB39DF">
      <w:pPr>
        <w:spacing w:before="60" w:after="40"/>
      </w:pPr>
      <w:r>
        <w:rPr>
          <w:b/>
        </w:rPr>
        <w:t>4. Un nouveau parc pour enfants sera bientôt aménagé. Dans quel secteur se trouve-t-il?</w:t>
      </w:r>
    </w:p>
    <w:p w14:paraId="66AF10E7" w14:textId="77777777" w:rsidR="00EA4869" w:rsidRDefault="00AB39DF">
      <w:pPr>
        <w:spacing w:after="40"/>
      </w:pPr>
      <w:r>
        <w:t>________________________________________________________________________________</w:t>
      </w:r>
    </w:p>
    <w:p w14:paraId="65285B76" w14:textId="77777777" w:rsidR="00EA4869" w:rsidRDefault="00AB39DF">
      <w:pPr>
        <w:spacing w:before="60" w:after="40"/>
      </w:pPr>
      <w:r>
        <w:rPr>
          <w:b/>
        </w:rPr>
        <w:t>5. Dans quel secteur se trouve la bibliothèque publique de Rivière-du-Nord?</w:t>
      </w:r>
    </w:p>
    <w:p w14:paraId="5849AD22" w14:textId="77777777" w:rsidR="00EA4869" w:rsidRDefault="00AB39DF">
      <w:pPr>
        <w:spacing w:after="40"/>
      </w:pPr>
      <w:r>
        <w:t>________________________________________________________________________________</w:t>
      </w:r>
    </w:p>
    <w:p w14:paraId="1D83E771" w14:textId="77777777" w:rsidR="00EA4869" w:rsidRDefault="00AB39DF">
      <w:pPr>
        <w:spacing w:before="60" w:after="40"/>
      </w:pPr>
      <w:r>
        <w:rPr>
          <w:b/>
        </w:rPr>
        <w:t>6. Quel secteur est notamment connu pour son phare et sa plage du Quai?</w:t>
      </w:r>
    </w:p>
    <w:p w14:paraId="685297B7" w14:textId="77777777" w:rsidR="00EA4869" w:rsidRDefault="00AB39DF">
      <w:pPr>
        <w:spacing w:after="40"/>
      </w:pPr>
      <w:r>
        <w:t>________________________________________________________________________________</w:t>
      </w:r>
    </w:p>
    <w:p w14:paraId="43933420" w14:textId="47194487" w:rsidR="00EA4869" w:rsidRDefault="00AB39DF">
      <w:pPr>
        <w:spacing w:before="60" w:after="40"/>
      </w:pPr>
      <w:r>
        <w:rPr>
          <w:b/>
        </w:rPr>
        <w:t xml:space="preserve">7. Dans quel secteur se </w:t>
      </w:r>
      <w:proofErr w:type="spellStart"/>
      <w:r>
        <w:rPr>
          <w:b/>
        </w:rPr>
        <w:t>déroule</w:t>
      </w:r>
      <w:proofErr w:type="spellEnd"/>
      <w:r>
        <w:rPr>
          <w:b/>
        </w:rPr>
        <w:t xml:space="preserve"> le Festival d</w:t>
      </w:r>
      <w:r w:rsidR="00473A91">
        <w:rPr>
          <w:b/>
        </w:rPr>
        <w:t>es Huitres</w:t>
      </w:r>
      <w:r>
        <w:rPr>
          <w:b/>
        </w:rPr>
        <w:t>?</w:t>
      </w:r>
    </w:p>
    <w:p w14:paraId="01439801" w14:textId="77777777" w:rsidR="00EA4869" w:rsidRDefault="00AB39DF">
      <w:pPr>
        <w:spacing w:after="40"/>
      </w:pPr>
      <w:r>
        <w:t>________________________________________________________________________________</w:t>
      </w:r>
    </w:p>
    <w:p w14:paraId="192B12D1" w14:textId="77777777" w:rsidR="00EA4869" w:rsidRDefault="00AB39DF">
      <w:pPr>
        <w:spacing w:before="60" w:after="40"/>
      </w:pPr>
      <w:r>
        <w:rPr>
          <w:b/>
        </w:rPr>
        <w:t>8. Rivière-du-Nord est composée de sept secteurs. Pouvez-vous tous les nommer?</w:t>
      </w:r>
    </w:p>
    <w:p w14:paraId="247D9519" w14:textId="77777777" w:rsidR="00EA4869" w:rsidRDefault="00AB39DF">
      <w:pPr>
        <w:spacing w:after="40"/>
      </w:pPr>
      <w:r>
        <w:t>________________________________________________________________________________</w:t>
      </w:r>
    </w:p>
    <w:p w14:paraId="00CDB5C4" w14:textId="77777777" w:rsidR="00EA4869" w:rsidRDefault="00AB39DF">
      <w:pPr>
        <w:spacing w:after="40"/>
      </w:pPr>
      <w:r>
        <w:t>________________________________________________________________________________</w:t>
      </w:r>
    </w:p>
    <w:p w14:paraId="6EC2DB95" w14:textId="77777777" w:rsidR="00EA4869" w:rsidRDefault="00AB39DF">
      <w:pPr>
        <w:spacing w:after="40"/>
      </w:pPr>
      <w:r>
        <w:t>________________________________________________________________________________</w:t>
      </w:r>
    </w:p>
    <w:p w14:paraId="446ECE3D" w14:textId="77777777" w:rsidR="00EA4869" w:rsidRDefault="00AB39DF">
      <w:r>
        <w:br w:type="page"/>
      </w:r>
    </w:p>
    <w:p w14:paraId="69EAE588" w14:textId="77777777" w:rsidR="00EA4869" w:rsidRPr="0091265A" w:rsidRDefault="00AB39DF">
      <w:pPr>
        <w:rPr>
          <w:u w:val="single"/>
        </w:rPr>
      </w:pPr>
      <w:r w:rsidRPr="0091265A">
        <w:rPr>
          <w:b/>
          <w:sz w:val="28"/>
          <w:u w:val="single"/>
        </w:rPr>
        <w:lastRenderedPageBreak/>
        <w:t>COMMENT PARTICIPER</w:t>
      </w:r>
    </w:p>
    <w:p w14:paraId="73747768" w14:textId="77777777" w:rsidR="00EA4869" w:rsidRDefault="00AB39DF">
      <w:r>
        <w:t>Le mini-rallye sera disponible à partir du lundi 21 septembre 2026 à 13 h, en version papier à l’hôtel de ville et en ligne sur le site Web de la Ville de Rivière-du-Nord.</w:t>
      </w:r>
    </w:p>
    <w:p w14:paraId="5615CB4A" w14:textId="77777777" w:rsidR="00EA4869" w:rsidRDefault="00AB39DF">
      <w:r>
        <w:t>Une fois complété, le formulaire doit être retourné au plus tard le vendredi 25 septembre 2026 à midi.</w:t>
      </w:r>
    </w:p>
    <w:p w14:paraId="1D24AF20" w14:textId="77777777" w:rsidR="00EA4869" w:rsidRDefault="00AB39DF">
      <w:r>
        <w:t>Vous pouvez le déposer directement à l’hôtel de ville ou le photographier / le numériser et l’envoyer par courriel à loisirs@rivieredunord.net.</w:t>
      </w:r>
    </w:p>
    <w:p w14:paraId="235F1EEA" w14:textId="77777777" w:rsidR="00EA4869" w:rsidRPr="0091265A" w:rsidRDefault="00AB39DF">
      <w:pPr>
        <w:rPr>
          <w:u w:val="single"/>
        </w:rPr>
      </w:pPr>
      <w:r w:rsidRPr="0091265A">
        <w:rPr>
          <w:b/>
          <w:sz w:val="28"/>
          <w:u w:val="single"/>
        </w:rPr>
        <w:t>CONDITIONS DE PARTICIPATION</w:t>
      </w:r>
    </w:p>
    <w:p w14:paraId="1331CB01" w14:textId="77777777" w:rsidR="00EA4869" w:rsidRDefault="00AB39DF">
      <w:pPr>
        <w:pStyle w:val="Listepuces"/>
      </w:pPr>
      <w:r>
        <w:t>Une seule participation par personne.</w:t>
      </w:r>
    </w:p>
    <w:p w14:paraId="7845B097" w14:textId="77777777" w:rsidR="00EA4869" w:rsidRDefault="00AB39DF">
      <w:pPr>
        <w:pStyle w:val="Listepuces"/>
      </w:pPr>
      <w:r>
        <w:t>Le formulaire doit être reçu au plus tard le vendredi 25 septembre 2026 à midi.</w:t>
      </w:r>
    </w:p>
    <w:p w14:paraId="249478C8" w14:textId="77777777" w:rsidR="00EA4869" w:rsidRDefault="00AB39DF">
      <w:pPr>
        <w:pStyle w:val="Listepuces"/>
      </w:pPr>
      <w:r>
        <w:t>Seuls les formulaires complétés avec les bonnes réponses seront admissibles au tirage.</w:t>
      </w:r>
    </w:p>
    <w:p w14:paraId="6EEA6818" w14:textId="77777777" w:rsidR="00EA4869" w:rsidRDefault="00AB39DF">
      <w:pPr>
        <w:pStyle w:val="Listepuces"/>
      </w:pPr>
      <w:r>
        <w:t>La personne gagnante sera contactée après le tirage.</w:t>
      </w:r>
    </w:p>
    <w:p w14:paraId="31A85FF3" w14:textId="77777777" w:rsidR="00EA4869" w:rsidRPr="0091265A" w:rsidRDefault="00AB39DF">
      <w:pPr>
        <w:rPr>
          <w:u w:val="single"/>
        </w:rPr>
      </w:pPr>
      <w:r w:rsidRPr="0091265A">
        <w:rPr>
          <w:b/>
          <w:sz w:val="28"/>
          <w:u w:val="single"/>
        </w:rPr>
        <w:t>PRIX À GAGNER</w:t>
      </w:r>
    </w:p>
    <w:p w14:paraId="2375B13D" w14:textId="77777777" w:rsidR="00EA4869" w:rsidRDefault="00AB39DF">
      <w:r>
        <w:t>Un seul prix sera tiré parmi les participations admissibles. Il comprend :</w:t>
      </w:r>
    </w:p>
    <w:p w14:paraId="751D4155" w14:textId="77777777" w:rsidR="00EA4869" w:rsidRDefault="00AB39DF">
      <w:pPr>
        <w:pStyle w:val="Listepuces"/>
      </w:pPr>
      <w:r>
        <w:t>des articles promotionnels de la Ville de Rivière-du-Nord;</w:t>
      </w:r>
    </w:p>
    <w:p w14:paraId="7E60415A" w14:textId="77777777" w:rsidR="00EA4869" w:rsidRDefault="00AB39DF">
      <w:pPr>
        <w:pStyle w:val="Listepuces"/>
      </w:pPr>
      <w:r>
        <w:t>une boîte de chocolats de la Chocolaterie Savoie;</w:t>
      </w:r>
    </w:p>
    <w:p w14:paraId="4DB8140D" w14:textId="77777777" w:rsidR="00EA4869" w:rsidRDefault="00AB39DF">
      <w:pPr>
        <w:pStyle w:val="Listepuces"/>
      </w:pPr>
      <w:r>
        <w:t>un certificat-cadeau de 40 $ de la Maison du Tapis.</w:t>
      </w:r>
    </w:p>
    <w:p w14:paraId="29E62864" w14:textId="77777777" w:rsidR="00EA4869" w:rsidRDefault="00AB39DF">
      <w:pPr>
        <w:jc w:val="center"/>
      </w:pPr>
      <w:r>
        <w:rPr>
          <w:b/>
        </w:rPr>
        <w:t>Merci de votre participation et bonne découverte de Rivière-du-Nord!</w:t>
      </w:r>
    </w:p>
    <w:p w14:paraId="7DA84CDB" w14:textId="77777777" w:rsidR="00EA4869" w:rsidRDefault="00AB39DF">
      <w:pPr>
        <w:jc w:val="center"/>
      </w:pPr>
      <w:r>
        <w:t>Ville de Rivière-du-Nord</w:t>
      </w:r>
      <w:r>
        <w:br/>
        <w:t>loisirs@rivieredunord.net</w:t>
      </w:r>
      <w:r>
        <w:br/>
        <w:t>www.rivieredunord.net</w:t>
      </w:r>
    </w:p>
    <w:sectPr w:rsidR="00EA4869" w:rsidSect="00034616">
      <w:pgSz w:w="12240" w:h="15840"/>
      <w:pgMar w:top="648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7223B0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5484230">
    <w:abstractNumId w:val="8"/>
  </w:num>
  <w:num w:numId="2" w16cid:durableId="1082601882">
    <w:abstractNumId w:val="6"/>
  </w:num>
  <w:num w:numId="3" w16cid:durableId="673000824">
    <w:abstractNumId w:val="5"/>
  </w:num>
  <w:num w:numId="4" w16cid:durableId="630402655">
    <w:abstractNumId w:val="4"/>
  </w:num>
  <w:num w:numId="5" w16cid:durableId="1483426587">
    <w:abstractNumId w:val="7"/>
  </w:num>
  <w:num w:numId="6" w16cid:durableId="230235650">
    <w:abstractNumId w:val="3"/>
  </w:num>
  <w:num w:numId="7" w16cid:durableId="1792671882">
    <w:abstractNumId w:val="2"/>
  </w:num>
  <w:num w:numId="8" w16cid:durableId="1378047495">
    <w:abstractNumId w:val="1"/>
  </w:num>
  <w:num w:numId="9" w16cid:durableId="952632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5957"/>
    <w:rsid w:val="00473A91"/>
    <w:rsid w:val="0091265A"/>
    <w:rsid w:val="00AA1D8D"/>
    <w:rsid w:val="00AB39DF"/>
    <w:rsid w:val="00B47730"/>
    <w:rsid w:val="00CB0664"/>
    <w:rsid w:val="00EA4869"/>
    <w:rsid w:val="00EB2144"/>
    <w:rsid w:val="00F620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8E2FA86"/>
  <w14:defaultImageDpi w14:val="300"/>
  <w15:docId w15:val="{7A9D7CE2-AF36-41FE-A195-61018A12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324</Words>
  <Characters>2482</Characters>
  <Application>Microsoft Office Word</Application>
  <DocSecurity>0</DocSecurity>
  <Lines>55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Arsène Sorgho</cp:lastModifiedBy>
  <cp:revision>3</cp:revision>
  <dcterms:created xsi:type="dcterms:W3CDTF">2013-12-23T23:15:00Z</dcterms:created>
  <dcterms:modified xsi:type="dcterms:W3CDTF">2026-09-11T18:58:00Z</dcterms:modified>
  <cp:category/>
</cp:coreProperties>
</file>